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D295AD" w14:textId="7D13E294" w:rsidR="0022299F" w:rsidRDefault="6653F1BF">
      <w:pPr>
        <w:pStyle w:val="Title"/>
        <w:jc w:val="center"/>
      </w:pPr>
      <w:r>
        <w:t>Annual LSIC Stakeholder Meeting Report</w:t>
      </w:r>
    </w:p>
    <w:p w14:paraId="090515F2" w14:textId="77777777" w:rsidR="0022299F" w:rsidRDefault="00745E08">
      <w:pPr>
        <w:jc w:val="center"/>
      </w:pPr>
      <w:r>
        <w:rPr>
          <w:b/>
          <w:sz w:val="26"/>
        </w:rPr>
        <w:t>Annual Stakeholder Meeting Report Template</w:t>
      </w:r>
    </w:p>
    <w:p w14:paraId="581B705B" w14:textId="77777777" w:rsidR="0022299F" w:rsidRDefault="00745E08">
      <w:pPr>
        <w:spacing w:before="120" w:after="200"/>
      </w:pPr>
      <w:r>
        <w:rPr>
          <w:b/>
        </w:rPr>
        <w:t xml:space="preserve">Purpose: </w:t>
      </w:r>
      <w:r>
        <w:t>Use this form to certify that your school conducted the required Annual LSIC Stakeholder Meeting and to submit the meeting report in accordance with WVBE Policy 2322.</w:t>
      </w:r>
    </w:p>
    <w:p w14:paraId="3A77732B" w14:textId="2AC0948C" w:rsidR="0022299F" w:rsidRDefault="6653F1BF">
      <w:r w:rsidRPr="6653F1BF">
        <w:rPr>
          <w:b/>
          <w:bCs/>
        </w:rPr>
        <w:t xml:space="preserve">Instructions: </w:t>
      </w:r>
      <w:r>
        <w:t>Complete all applicable fields. Select each area discussed during the meeting and summarize the concerns, suggestions, and points raised by stakeholders. The form may be completed and saved as a separate document or printed and completed by hand.</w:t>
      </w:r>
    </w:p>
    <w:p w14:paraId="5DE76FDD" w14:textId="77777777" w:rsidR="0022299F" w:rsidRDefault="00745E08">
      <w:r>
        <w:rPr>
          <w:b/>
        </w:rPr>
        <w:t xml:space="preserve">Accessibility: </w:t>
      </w:r>
      <w:r>
        <w:t>Use the Tab key to move through fillable fields and checkboxes. Use the Spacebar to select or clear a checkbox. Do not include personally identifiable student information or other confidential information.</w:t>
      </w:r>
    </w:p>
    <w:p w14:paraId="317F5FFF" w14:textId="77777777" w:rsidR="0022299F" w:rsidRDefault="00745E08">
      <w:pPr>
        <w:pStyle w:val="Heading1"/>
      </w:pPr>
      <w:r>
        <w:t>1. School and Meeting Information</w:t>
      </w:r>
    </w:p>
    <w:p w14:paraId="15AF2E71" w14:textId="77777777" w:rsidR="0022299F" w:rsidRDefault="00745E08">
      <w:pPr>
        <w:keepNext/>
      </w:pPr>
      <w:r>
        <w:rPr>
          <w:b/>
        </w:rPr>
        <w:t>County</w:t>
      </w:r>
    </w:p>
    <w:p w14:paraId="4C3E277F"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County"/>
          <w:tag w:val="COUNTY"/>
          <w:id w:val="1184140233"/>
          <w:showingPlcHdr/>
          <w:text/>
        </w:sdtPr>
        <w:sdtEndPr/>
        <w:sdtContent>
          <w:r w:rsidR="00745E08">
            <w:rPr>
              <w:i/>
              <w:color w:val="595959"/>
            </w:rPr>
            <w:t>Click or tap here to enter text.</w:t>
          </w:r>
        </w:sdtContent>
      </w:sdt>
    </w:p>
    <w:p w14:paraId="4E002E28" w14:textId="77777777" w:rsidR="0022299F" w:rsidRDefault="00745E08">
      <w:pPr>
        <w:keepNext/>
      </w:pPr>
      <w:r>
        <w:rPr>
          <w:b/>
        </w:rPr>
        <w:t>School Name</w:t>
      </w:r>
    </w:p>
    <w:p w14:paraId="4F14D7C8"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School Name"/>
          <w:tag w:val="SCHOOL_NAME"/>
          <w:id w:val="289532752"/>
          <w:showingPlcHdr/>
          <w:text/>
        </w:sdtPr>
        <w:sdtEndPr/>
        <w:sdtContent>
          <w:r w:rsidR="00745E08">
            <w:rPr>
              <w:i/>
              <w:color w:val="595959"/>
            </w:rPr>
            <w:t>Click or tap here to enter text.</w:t>
          </w:r>
        </w:sdtContent>
      </w:sdt>
    </w:p>
    <w:p w14:paraId="0466F20C" w14:textId="77777777" w:rsidR="0022299F" w:rsidRDefault="00745E08">
      <w:pPr>
        <w:keepNext/>
      </w:pPr>
      <w:r>
        <w:rPr>
          <w:b/>
        </w:rPr>
        <w:t>Principal’s First and Last Name</w:t>
      </w:r>
    </w:p>
    <w:p w14:paraId="5362E849"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Principal Name"/>
          <w:tag w:val="PRINCIPAL_NAME"/>
          <w:id w:val="1050077147"/>
          <w:showingPlcHdr/>
          <w:text/>
        </w:sdtPr>
        <w:sdtEndPr/>
        <w:sdtContent>
          <w:r w:rsidR="00745E08">
            <w:rPr>
              <w:i/>
              <w:color w:val="595959"/>
            </w:rPr>
            <w:t>Click or tap here to enter text.</w:t>
          </w:r>
        </w:sdtContent>
      </w:sdt>
    </w:p>
    <w:p w14:paraId="792907B1" w14:textId="77777777" w:rsidR="0022299F" w:rsidRDefault="00745E08">
      <w:pPr>
        <w:keepNext/>
      </w:pPr>
      <w:r>
        <w:rPr>
          <w:b/>
        </w:rPr>
        <w:t>Principal’s K12 Email Address</w:t>
      </w:r>
      <w:r>
        <w:rPr>
          <w:i/>
        </w:rPr>
        <w:t xml:space="preserve"> (example: name@k12.wv.us)</w:t>
      </w:r>
    </w:p>
    <w:p w14:paraId="5B951852"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Principal K12 Email Address"/>
          <w:tag w:val="PRINCIPAL_EMAIL"/>
          <w:id w:val="478231569"/>
          <w:showingPlcHdr/>
          <w:text/>
        </w:sdtPr>
        <w:sdtEndPr/>
        <w:sdtContent>
          <w:r w:rsidR="00745E08">
            <w:rPr>
              <w:i/>
              <w:color w:val="595959"/>
            </w:rPr>
            <w:t>Click or tap here to enter text.</w:t>
          </w:r>
        </w:sdtContent>
      </w:sdt>
    </w:p>
    <w:p w14:paraId="1487768E" w14:textId="77777777" w:rsidR="0022299F" w:rsidRDefault="00745E08">
      <w:pPr>
        <w:keepNext/>
      </w:pPr>
      <w:r>
        <w:rPr>
          <w:b/>
        </w:rPr>
        <w:t>LSIC Chair’s First and Last Name</w:t>
      </w:r>
    </w:p>
    <w:p w14:paraId="2946BB5D"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LSIC Chair Name"/>
          <w:tag w:val="LSIC_CHAIR_NAME"/>
          <w:id w:val="348788752"/>
          <w:showingPlcHdr/>
          <w:text/>
        </w:sdtPr>
        <w:sdtEndPr/>
        <w:sdtContent>
          <w:r w:rsidR="00745E08">
            <w:rPr>
              <w:i/>
              <w:color w:val="595959"/>
            </w:rPr>
            <w:t>Click or tap here to enter text.</w:t>
          </w:r>
        </w:sdtContent>
      </w:sdt>
    </w:p>
    <w:p w14:paraId="69FCA240" w14:textId="77777777" w:rsidR="0022299F" w:rsidRDefault="00745E08">
      <w:pPr>
        <w:keepNext/>
      </w:pPr>
      <w:r>
        <w:rPr>
          <w:b/>
        </w:rPr>
        <w:t>Date of the Annual LSIC Stakeholder Meeting</w:t>
      </w:r>
      <w:r>
        <w:rPr>
          <w:i/>
        </w:rPr>
        <w:t xml:space="preserve"> (month/day/year)</w:t>
      </w:r>
    </w:p>
    <w:p w14:paraId="46E69C4A" w14:textId="77777777" w:rsidR="0022299F" w:rsidRDefault="000B7A61">
      <w:pPr>
        <w:pBdr>
          <w:top w:val="single" w:sz="8" w:space="5" w:color="767676"/>
          <w:left w:val="single" w:sz="8" w:space="5" w:color="767676"/>
          <w:bottom w:val="single" w:sz="8" w:space="5" w:color="767676"/>
          <w:right w:val="single" w:sz="8" w:space="5" w:color="767676"/>
        </w:pBdr>
        <w:shd w:val="clear" w:color="auto" w:fill="F7F7F7"/>
        <w:spacing w:after="160"/>
      </w:pPr>
      <w:sdt>
        <w:sdtPr>
          <w:alias w:val="Annual LSIC Stakeholder Meeting Date"/>
          <w:tag w:val="MEETING_DATE"/>
          <w:id w:val="640869970"/>
          <w:showingPlcHdr/>
          <w:text/>
        </w:sdtPr>
        <w:sdtEndPr/>
        <w:sdtContent>
          <w:r w:rsidR="00745E08">
            <w:rPr>
              <w:i/>
              <w:color w:val="595959"/>
            </w:rPr>
            <w:t>Click or tap here to enter text.</w:t>
          </w:r>
        </w:sdtContent>
      </w:sdt>
    </w:p>
    <w:p w14:paraId="7C00D110" w14:textId="77777777" w:rsidR="008F0AE4" w:rsidRDefault="008F0AE4">
      <w:pPr>
        <w:spacing w:after="200"/>
      </w:pPr>
      <w:r>
        <w:br w:type="page"/>
      </w:r>
    </w:p>
    <w:p w14:paraId="4D777012" w14:textId="42C433B7" w:rsidR="0022299F" w:rsidRDefault="00745E08">
      <w:pPr>
        <w:keepNext/>
        <w:spacing w:before="160" w:after="200"/>
      </w:pPr>
      <w:r>
        <w:lastRenderedPageBreak/>
        <w:t>In accordance with WVBE Policy 2322, provide a summary of concerns, suggestions, and points raised by stakeholders during the Annual LSIC Stakeholder Meeting. Include sufficient detail to accurately reflect stakeholder input regarding issues affecting the school's academic performance and improvement efforts.</w:t>
      </w:r>
    </w:p>
    <w:p w14:paraId="2833D247" w14:textId="77777777" w:rsidR="0022299F" w:rsidRDefault="00745E08">
      <w:pPr>
        <w:pStyle w:val="Heading1"/>
      </w:pPr>
      <w:r>
        <w:t>2. Areas Discussed</w:t>
      </w:r>
    </w:p>
    <w:p w14:paraId="03B95F20" w14:textId="609DAD50" w:rsidR="0022299F" w:rsidRDefault="6653F1BF">
      <w:r>
        <w:t>Select all areas discussed during the meeting. The narrative sections should document the stakeholder's input related to the selected areas.</w:t>
      </w:r>
    </w:p>
    <w:p w14:paraId="32440384" w14:textId="51E95535" w:rsidR="0022299F" w:rsidRDefault="000B7A61">
      <w:pPr>
        <w:spacing w:after="60"/>
        <w:ind w:left="173"/>
      </w:pPr>
      <w:sdt>
        <w:sdtPr>
          <w:alias w:val="Areas discussed in meeting: Parent and community involvement"/>
          <w:tag w:val="AREA_1"/>
          <w:id w:val="1256604125"/>
          <w14:checkbox>
            <w14:checked w14:val="1"/>
            <w14:checkedState w14:val="2612" w14:font="DejaVu Sans"/>
            <w14:uncheckedState w14:val="2610" w14:font="DejaVu Sans"/>
          </w14:checkbox>
        </w:sdtPr>
        <w:sdtEndPr/>
        <w:sdtContent>
          <w:r w:rsidR="00A6769D">
            <w:rPr>
              <w:rFonts w:ascii="DejaVu Sans" w:hAnsi="DejaVu Sans"/>
            </w:rPr>
            <w:t>☒</w:t>
          </w:r>
        </w:sdtContent>
      </w:sdt>
      <w:r w:rsidR="00745E08">
        <w:t xml:space="preserve"> Parent and community involvement</w:t>
      </w:r>
    </w:p>
    <w:p w14:paraId="6EE5E034" w14:textId="65A3C909" w:rsidR="0022299F" w:rsidRDefault="000B7A61">
      <w:pPr>
        <w:spacing w:after="60"/>
        <w:ind w:left="173"/>
      </w:pPr>
      <w:sdt>
        <w:sdtPr>
          <w:alias w:val="Areas discussed in meeting: Learning environment"/>
          <w:tag w:val="AREA_2"/>
          <w:id w:val="1142306502"/>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Learning environment</w:t>
      </w:r>
    </w:p>
    <w:p w14:paraId="093B3864" w14:textId="38507954" w:rsidR="0022299F" w:rsidRDefault="000B7A61">
      <w:pPr>
        <w:spacing w:after="60"/>
        <w:ind w:left="173"/>
      </w:pPr>
      <w:sdt>
        <w:sdtPr>
          <w:alias w:val="Areas discussed in meeting: Student engagement"/>
          <w:tag w:val="AREA_3"/>
          <w:id w:val="1220930690"/>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Student engagement</w:t>
      </w:r>
    </w:p>
    <w:p w14:paraId="3CB2B02A" w14:textId="7EAE7E12" w:rsidR="0022299F" w:rsidRDefault="000B7A61">
      <w:pPr>
        <w:spacing w:after="60"/>
        <w:ind w:left="173"/>
      </w:pPr>
      <w:sdt>
        <w:sdtPr>
          <w:alias w:val="Areas discussed in meeting:  Attendance"/>
          <w:tag w:val="AREA_4"/>
          <w:id w:val="665171631"/>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Attendance</w:t>
      </w:r>
    </w:p>
    <w:p w14:paraId="5EF400CF" w14:textId="77777777" w:rsidR="0022299F" w:rsidRDefault="000B7A61">
      <w:pPr>
        <w:spacing w:after="60"/>
        <w:ind w:left="173"/>
      </w:pPr>
      <w:sdt>
        <w:sdtPr>
          <w:alias w:val="Areas discussed in meeting: Behavior"/>
          <w:tag w:val="AREA_5"/>
          <w:id w:val="159123561"/>
          <w14:checkbox>
            <w14:checked w14:val="0"/>
            <w14:checkedState w14:val="2612" w14:font="DejaVu Sans"/>
            <w14:uncheckedState w14:val="2610" w14:font="DejaVu Sans"/>
          </w14:checkbox>
        </w:sdtPr>
        <w:sdtEndPr/>
        <w:sdtContent>
          <w:r w:rsidR="00745E08">
            <w:rPr>
              <w:rFonts w:ascii="DejaVu Sans" w:hAnsi="DejaVu Sans"/>
            </w:rPr>
            <w:t>☐</w:t>
          </w:r>
        </w:sdtContent>
      </w:sdt>
      <w:r w:rsidR="00745E08">
        <w:t xml:space="preserve"> Behavior</w:t>
      </w:r>
    </w:p>
    <w:p w14:paraId="422ADD0F" w14:textId="785B5A79" w:rsidR="0022299F" w:rsidRDefault="000B7A61">
      <w:pPr>
        <w:spacing w:after="60"/>
        <w:ind w:left="173"/>
      </w:pPr>
      <w:sdt>
        <w:sdtPr>
          <w:alias w:val="Areas discussed in meeting: Supports for at-risk students"/>
          <w:tag w:val="AREA_6"/>
          <w:id w:val="1540632623"/>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Supports for at-risk students</w:t>
      </w:r>
    </w:p>
    <w:p w14:paraId="346AFDC4" w14:textId="045EF527" w:rsidR="0022299F" w:rsidRDefault="000B7A61">
      <w:pPr>
        <w:spacing w:after="60"/>
        <w:ind w:left="173"/>
      </w:pPr>
      <w:sdt>
        <w:sdtPr>
          <w:alias w:val="Areas discussed in meeting: Curricular offerings"/>
          <w:tag w:val="AREA_7"/>
          <w:id w:val="1055256044"/>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Curricular offerings</w:t>
      </w:r>
    </w:p>
    <w:p w14:paraId="7C128AED" w14:textId="03BBB02F" w:rsidR="0022299F" w:rsidRDefault="000B7A61">
      <w:pPr>
        <w:spacing w:after="60"/>
        <w:ind w:left="173"/>
      </w:pPr>
      <w:sdt>
        <w:sdtPr>
          <w:alias w:val="Areas discussed in meeting: Resources"/>
          <w:tag w:val="AREA_8"/>
          <w:id w:val="978788657"/>
          <w14:checkbox>
            <w14:checked w14:val="0"/>
            <w14:checkedState w14:val="2612" w14:font="DejaVu Sans"/>
            <w14:uncheckedState w14:val="2610" w14:font="DejaVu Sans"/>
          </w14:checkbox>
        </w:sdtPr>
        <w:sdtEndPr/>
        <w:sdtContent>
          <w:r w:rsidR="008F0AE4">
            <w:rPr>
              <w:rFonts w:ascii="DejaVu Sans" w:hAnsi="DejaVu Sans"/>
            </w:rPr>
            <w:t>☐</w:t>
          </w:r>
        </w:sdtContent>
      </w:sdt>
      <w:r w:rsidR="6653F1BF">
        <w:t xml:space="preserve"> School Resources</w:t>
      </w:r>
    </w:p>
    <w:p w14:paraId="41501649" w14:textId="7036AF81" w:rsidR="0022299F" w:rsidRDefault="000B7A61">
      <w:pPr>
        <w:spacing w:after="60"/>
        <w:ind w:left="173"/>
      </w:pPr>
      <w:sdt>
        <w:sdtPr>
          <w:alias w:val="Areas discussed in meeting: Capacity for school improvement"/>
          <w:tag w:val="AREA_9"/>
          <w:id w:val="1151413566"/>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Capacity for school improvement</w:t>
      </w:r>
    </w:p>
    <w:p w14:paraId="01896B74" w14:textId="7D2C8DC7" w:rsidR="0022299F" w:rsidRDefault="000B7A61">
      <w:pPr>
        <w:spacing w:after="60"/>
        <w:ind w:left="173"/>
      </w:pPr>
      <w:sdt>
        <w:sdtPr>
          <w:alias w:val="Areas discussed in meeting: Other"/>
          <w:tag w:val="AREA_OTHER"/>
          <w:id w:val="231728866"/>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Other</w:t>
      </w:r>
    </w:p>
    <w:p w14:paraId="31E3D6CE" w14:textId="77777777" w:rsidR="0022299F" w:rsidRDefault="00745E08">
      <w:pPr>
        <w:keepNext/>
      </w:pPr>
      <w:r>
        <w:rPr>
          <w:b/>
        </w:rPr>
        <w:t>If Other was selected, specify the area discussed</w:t>
      </w:r>
    </w:p>
    <w:p w14:paraId="20D2B9F9" w14:textId="6C7660CA" w:rsidR="0087574C" w:rsidRDefault="000B7A61" w:rsidP="0087574C">
      <w:pPr>
        <w:pBdr>
          <w:top w:val="single" w:sz="8" w:space="5" w:color="767676"/>
          <w:left w:val="single" w:sz="8" w:space="5" w:color="767676"/>
          <w:bottom w:val="single" w:sz="8" w:space="5" w:color="767676"/>
          <w:right w:val="single" w:sz="8" w:space="5" w:color="767676"/>
        </w:pBdr>
        <w:shd w:val="clear" w:color="auto" w:fill="F7F7F7"/>
        <w:spacing w:after="160"/>
      </w:pPr>
      <w:sdt>
        <w:sdtPr>
          <w:alias w:val="If you chose Other Area Discussed, please provide a summary of what was discussed"/>
          <w:tag w:val="OTHER_AREA"/>
          <w:id w:val="1749939937"/>
          <w:showingPlcHdr/>
          <w:text/>
        </w:sdtPr>
        <w:sdtEndPr/>
        <w:sdtContent>
          <w:r w:rsidR="00745E08">
            <w:rPr>
              <w:i/>
              <w:color w:val="595959"/>
            </w:rPr>
            <w:t>Click or tap here to enter text.</w:t>
          </w:r>
        </w:sdtContent>
      </w:sdt>
    </w:p>
    <w:p w14:paraId="04A0D312" w14:textId="33E2DA05" w:rsidR="0022299F" w:rsidRDefault="6653F1BF">
      <w:pPr>
        <w:pStyle w:val="Heading1"/>
      </w:pPr>
      <w:r>
        <w:t>3. Concerns Raised by Stakeholders</w:t>
      </w:r>
    </w:p>
    <w:p w14:paraId="1FE49E48" w14:textId="58413E86" w:rsidR="0022299F" w:rsidRDefault="6653F1BF">
      <w:r>
        <w:t>Describe the concerns raised by stakeholders during the meeting.</w:t>
      </w:r>
      <w:r w:rsidRPr="6653F1BF">
        <w:rPr>
          <w:i/>
          <w:iCs/>
        </w:rPr>
        <w:t xml:space="preserve"> If none, enter “No concerns were raised.”</w:t>
      </w:r>
    </w:p>
    <w:p w14:paraId="394B03E3" w14:textId="77777777" w:rsidR="0022299F" w:rsidRDefault="000B7A61">
      <w:pPr>
        <w:pBdr>
          <w:top w:val="single" w:sz="8" w:space="5" w:color="767676"/>
          <w:left w:val="single" w:sz="8" w:space="5" w:color="767676"/>
          <w:bottom w:val="single" w:sz="8" w:space="5" w:color="767676"/>
          <w:right w:val="single" w:sz="8" w:space="5" w:color="767676"/>
        </w:pBdr>
        <w:shd w:val="clear" w:color="auto" w:fill="FFFFFF"/>
        <w:spacing w:after="200"/>
      </w:pPr>
      <w:sdt>
        <w:sdtPr>
          <w:alias w:val="Concerns Raised by Stakeholders"/>
          <w:tag w:val="CONCERNS"/>
          <w:id w:val="414370362"/>
          <w:showingPlcHdr/>
          <w:text w:multiLine="1"/>
        </w:sdtPr>
        <w:sdtEndPr/>
        <w:sdtContent>
          <w:r w:rsidR="00745E08">
            <w:rPr>
              <w:i/>
              <w:color w:val="595959"/>
            </w:rPr>
            <w:t>Click or tap here to enter a detailed response.</w:t>
          </w:r>
        </w:sdtContent>
      </w:sdt>
      <w:r w:rsidR="00745E08">
        <w:br/>
        <w:t xml:space="preserve"> </w:t>
      </w:r>
      <w:r w:rsidR="00745E08">
        <w:br/>
        <w:t xml:space="preserve"> </w:t>
      </w:r>
      <w:r w:rsidR="00745E08">
        <w:br/>
        <w:t xml:space="preserve"> </w:t>
      </w:r>
      <w:r w:rsidR="00745E08">
        <w:br/>
        <w:t xml:space="preserve"> </w:t>
      </w:r>
      <w:r w:rsidR="00745E08">
        <w:br/>
        <w:t xml:space="preserve"> </w:t>
      </w:r>
    </w:p>
    <w:p w14:paraId="13EB90C9" w14:textId="77777777" w:rsidR="0022299F" w:rsidRDefault="00745E08">
      <w:pPr>
        <w:pStyle w:val="Heading1"/>
      </w:pPr>
      <w:r>
        <w:t>4. Suggestions Offered by Stakeholders</w:t>
      </w:r>
    </w:p>
    <w:p w14:paraId="1A34FA89" w14:textId="042B88B0" w:rsidR="0022299F" w:rsidRDefault="6653F1BF">
      <w:r>
        <w:t xml:space="preserve">Describe the suggestions or recommendations offered by stakeholders. </w:t>
      </w:r>
      <w:r w:rsidRPr="6653F1BF">
        <w:rPr>
          <w:i/>
          <w:iCs/>
        </w:rPr>
        <w:t>If none, enter “No suggestions were offered.”</w:t>
      </w:r>
    </w:p>
    <w:p w14:paraId="23B3574B" w14:textId="77777777" w:rsidR="0022299F" w:rsidRDefault="000B7A61">
      <w:pPr>
        <w:pBdr>
          <w:top w:val="single" w:sz="8" w:space="5" w:color="767676"/>
          <w:left w:val="single" w:sz="8" w:space="5" w:color="767676"/>
          <w:bottom w:val="single" w:sz="8" w:space="5" w:color="767676"/>
          <w:right w:val="single" w:sz="8" w:space="5" w:color="767676"/>
        </w:pBdr>
        <w:shd w:val="clear" w:color="auto" w:fill="FFFFFF"/>
        <w:spacing w:after="200"/>
      </w:pPr>
      <w:sdt>
        <w:sdtPr>
          <w:alias w:val="Suggestions Offered by Stakeholders"/>
          <w:tag w:val="SUGGESTIONS"/>
          <w:id w:val="50781914"/>
          <w:showingPlcHdr/>
          <w:text w:multiLine="1"/>
        </w:sdtPr>
        <w:sdtEndPr/>
        <w:sdtContent>
          <w:r w:rsidR="00745E08">
            <w:rPr>
              <w:i/>
              <w:color w:val="595959"/>
            </w:rPr>
            <w:t>Click or tap here to enter a detailed response.</w:t>
          </w:r>
        </w:sdtContent>
      </w:sdt>
      <w:r w:rsidR="00745E08">
        <w:br/>
        <w:t xml:space="preserve"> </w:t>
      </w:r>
      <w:r w:rsidR="00745E08">
        <w:br/>
        <w:t xml:space="preserve"> </w:t>
      </w:r>
      <w:r w:rsidR="00745E08">
        <w:br/>
        <w:t xml:space="preserve"> </w:t>
      </w:r>
      <w:r w:rsidR="00745E08">
        <w:br/>
        <w:t xml:space="preserve"> </w:t>
      </w:r>
      <w:r w:rsidR="00745E08">
        <w:br/>
        <w:t xml:space="preserve"> </w:t>
      </w:r>
    </w:p>
    <w:p w14:paraId="4099FE7B" w14:textId="77777777" w:rsidR="0022299F" w:rsidRDefault="00745E08">
      <w:pPr>
        <w:pStyle w:val="Heading1"/>
      </w:pPr>
      <w:r>
        <w:t>5. Points Raised During Discussion</w:t>
      </w:r>
    </w:p>
    <w:p w14:paraId="3C7961FF" w14:textId="680CEE1C" w:rsidR="0022299F" w:rsidRDefault="6653F1BF">
      <w:r>
        <w:t>Summarize other relevant points, perspectives, or information shared during the meeting.</w:t>
      </w:r>
      <w:r w:rsidRPr="6653F1BF">
        <w:rPr>
          <w:i/>
          <w:iCs/>
        </w:rPr>
        <w:t xml:space="preserve"> If none, enter “No points were raised.”</w:t>
      </w:r>
    </w:p>
    <w:p w14:paraId="2E9CFACE" w14:textId="77777777" w:rsidR="0022299F" w:rsidRDefault="000B7A61">
      <w:pPr>
        <w:pBdr>
          <w:top w:val="single" w:sz="8" w:space="5" w:color="767676"/>
          <w:left w:val="single" w:sz="8" w:space="5" w:color="767676"/>
          <w:bottom w:val="single" w:sz="8" w:space="5" w:color="767676"/>
          <w:right w:val="single" w:sz="8" w:space="5" w:color="767676"/>
        </w:pBdr>
        <w:shd w:val="clear" w:color="auto" w:fill="FFFFFF"/>
        <w:spacing w:after="200"/>
      </w:pPr>
      <w:sdt>
        <w:sdtPr>
          <w:alias w:val="Points Raised During Discussion"/>
          <w:tag w:val="DISCUSSION_POINTS"/>
          <w:id w:val="1301430663"/>
          <w:showingPlcHdr/>
          <w:text w:multiLine="1"/>
        </w:sdtPr>
        <w:sdtEndPr/>
        <w:sdtContent>
          <w:r w:rsidR="00745E08">
            <w:rPr>
              <w:i/>
              <w:color w:val="595959"/>
            </w:rPr>
            <w:t>Click or tap here to enter a detailed response.</w:t>
          </w:r>
        </w:sdtContent>
      </w:sdt>
      <w:r w:rsidR="00745E08">
        <w:br/>
        <w:t xml:space="preserve"> </w:t>
      </w:r>
      <w:r w:rsidR="00745E08">
        <w:br/>
        <w:t xml:space="preserve"> </w:t>
      </w:r>
      <w:r w:rsidR="00745E08">
        <w:br/>
        <w:t xml:space="preserve"> </w:t>
      </w:r>
      <w:r w:rsidR="00745E08">
        <w:br/>
        <w:t xml:space="preserve"> </w:t>
      </w:r>
      <w:r w:rsidR="00745E08">
        <w:br/>
        <w:t xml:space="preserve"> </w:t>
      </w:r>
    </w:p>
    <w:p w14:paraId="4B00C41F" w14:textId="5D97AD5C" w:rsidR="0022299F" w:rsidRDefault="6653F1BF">
      <w:pPr>
        <w:pStyle w:val="Heading1"/>
      </w:pPr>
      <w:r>
        <w:t>6. Certification</w:t>
      </w:r>
    </w:p>
    <w:p w14:paraId="605BE6A9" w14:textId="77777777" w:rsidR="0022299F" w:rsidRDefault="00745E08">
      <w:r>
        <w:t>On behalf of the school’s LSIC, I certify that this report accurately reflects the concerns, suggestions, and points raised by stakeholders during the Annual LSIC Stakeholder Meeting conducted in accordance with WVBE Policy 2322.</w:t>
      </w:r>
    </w:p>
    <w:p w14:paraId="0B513BC9" w14:textId="184BB52F" w:rsidR="0022299F" w:rsidRDefault="000B7A61">
      <w:pPr>
        <w:spacing w:after="60"/>
        <w:ind w:left="173"/>
      </w:pPr>
      <w:sdt>
        <w:sdtPr>
          <w:alias w:val="Yes, I certify this report is accurate in accordance with WVBE Policy 2322"/>
          <w:tag w:val="CERTIFY_YES"/>
          <w:id w:val="1014408750"/>
          <w14:checkbox>
            <w14:checked w14:val="0"/>
            <w14:checkedState w14:val="2612" w14:font="DejaVu Sans"/>
            <w14:uncheckedState w14:val="2610" w14:font="DejaVu Sans"/>
          </w14:checkbox>
        </w:sdtPr>
        <w:sdtEndPr/>
        <w:sdtContent>
          <w:r w:rsidR="008F0AE4">
            <w:rPr>
              <w:rFonts w:ascii="DejaVu Sans" w:hAnsi="DejaVu Sans"/>
            </w:rPr>
            <w:t>☐</w:t>
          </w:r>
        </w:sdtContent>
      </w:sdt>
      <w:r w:rsidR="00745E08">
        <w:t xml:space="preserve"> Yes, I certify this report is accurate.</w:t>
      </w:r>
    </w:p>
    <w:p w14:paraId="205A19DA" w14:textId="77777777" w:rsidR="0022299F" w:rsidRDefault="00745E08">
      <w:pPr>
        <w:pStyle w:val="Heading1"/>
      </w:pPr>
      <w:r>
        <w:t>Submission and Posting Note</w:t>
      </w:r>
    </w:p>
    <w:p w14:paraId="5256334E" w14:textId="77777777" w:rsidR="0022299F" w:rsidRDefault="00745E08">
      <w:r>
        <w:t>This template may be completed, saved, and used as the school and county report made available on the school and county websites.</w:t>
      </w:r>
    </w:p>
    <w:sectPr w:rsidR="0022299F" w:rsidSect="00034616">
      <w:head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6DB59" w14:textId="77777777" w:rsidR="000B7A61" w:rsidRDefault="000B7A61">
      <w:pPr>
        <w:spacing w:after="0" w:line="240" w:lineRule="auto"/>
      </w:pPr>
      <w:r>
        <w:separator/>
      </w:r>
    </w:p>
  </w:endnote>
  <w:endnote w:type="continuationSeparator" w:id="0">
    <w:p w14:paraId="3F7F544E" w14:textId="77777777" w:rsidR="000B7A61" w:rsidRDefault="000B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DejaVu Sans">
    <w:altName w:val="Verdan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D48DC2" w14:textId="77777777" w:rsidR="000B7A61" w:rsidRDefault="000B7A61">
      <w:pPr>
        <w:spacing w:after="0" w:line="240" w:lineRule="auto"/>
      </w:pPr>
      <w:r>
        <w:separator/>
      </w:r>
    </w:p>
  </w:footnote>
  <w:footnote w:type="continuationSeparator" w:id="0">
    <w:p w14:paraId="282F27E9" w14:textId="77777777" w:rsidR="000B7A61" w:rsidRDefault="000B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310"/>
      <w:gridCol w:w="3310"/>
      <w:gridCol w:w="3310"/>
    </w:tblGrid>
    <w:tr w:rsidR="6653F1BF" w14:paraId="2F8F8F0C" w14:textId="77777777" w:rsidTr="6653F1BF">
      <w:trPr>
        <w:trHeight w:val="300"/>
      </w:trPr>
      <w:tc>
        <w:tcPr>
          <w:tcW w:w="3310" w:type="dxa"/>
        </w:tcPr>
        <w:p w14:paraId="6DB91E8D" w14:textId="40E664EE" w:rsidR="6653F1BF" w:rsidRDefault="6653F1BF" w:rsidP="6653F1BF">
          <w:pPr>
            <w:pStyle w:val="Header"/>
            <w:ind w:left="-115"/>
          </w:pPr>
        </w:p>
      </w:tc>
      <w:tc>
        <w:tcPr>
          <w:tcW w:w="3310" w:type="dxa"/>
        </w:tcPr>
        <w:p w14:paraId="368CDDAE" w14:textId="56B84384" w:rsidR="6653F1BF" w:rsidRDefault="6653F1BF" w:rsidP="6653F1BF">
          <w:pPr>
            <w:pStyle w:val="Header"/>
            <w:jc w:val="center"/>
          </w:pPr>
        </w:p>
      </w:tc>
      <w:tc>
        <w:tcPr>
          <w:tcW w:w="3310" w:type="dxa"/>
        </w:tcPr>
        <w:p w14:paraId="5E4772CD" w14:textId="45E7858F" w:rsidR="6653F1BF" w:rsidRDefault="6653F1BF" w:rsidP="6653F1BF">
          <w:pPr>
            <w:pStyle w:val="Header"/>
            <w:ind w:right="-115"/>
            <w:jc w:val="right"/>
          </w:pPr>
        </w:p>
      </w:tc>
    </w:tr>
  </w:tbl>
  <w:p w14:paraId="006F99D3" w14:textId="6CA35A2D" w:rsidR="6653F1BF" w:rsidRDefault="6653F1BF" w:rsidP="6653F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9652688">
    <w:abstractNumId w:val="8"/>
  </w:num>
  <w:num w:numId="2" w16cid:durableId="174272968">
    <w:abstractNumId w:val="6"/>
  </w:num>
  <w:num w:numId="3" w16cid:durableId="240414612">
    <w:abstractNumId w:val="5"/>
  </w:num>
  <w:num w:numId="4" w16cid:durableId="1439790671">
    <w:abstractNumId w:val="4"/>
  </w:num>
  <w:num w:numId="5" w16cid:durableId="1013462245">
    <w:abstractNumId w:val="7"/>
  </w:num>
  <w:num w:numId="6" w16cid:durableId="1009064339">
    <w:abstractNumId w:val="3"/>
  </w:num>
  <w:num w:numId="7" w16cid:durableId="1483228824">
    <w:abstractNumId w:val="2"/>
  </w:num>
  <w:num w:numId="8" w16cid:durableId="850532593">
    <w:abstractNumId w:val="1"/>
  </w:num>
  <w:num w:numId="9" w16cid:durableId="9105790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A61"/>
    <w:rsid w:val="0015074B"/>
    <w:rsid w:val="0022299F"/>
    <w:rsid w:val="00227D55"/>
    <w:rsid w:val="0029639D"/>
    <w:rsid w:val="0032494D"/>
    <w:rsid w:val="00326F90"/>
    <w:rsid w:val="005745E3"/>
    <w:rsid w:val="00745E08"/>
    <w:rsid w:val="0087574C"/>
    <w:rsid w:val="008F0AE4"/>
    <w:rsid w:val="00A6769D"/>
    <w:rsid w:val="00AA1D8D"/>
    <w:rsid w:val="00B47730"/>
    <w:rsid w:val="00BD3555"/>
    <w:rsid w:val="00CB0664"/>
    <w:rsid w:val="00DC5705"/>
    <w:rsid w:val="00EF0532"/>
    <w:rsid w:val="00F6724E"/>
    <w:rsid w:val="00FC693F"/>
    <w:rsid w:val="06D0FCB5"/>
    <w:rsid w:val="11AFBF6B"/>
    <w:rsid w:val="2D259FF5"/>
    <w:rsid w:val="372725F1"/>
    <w:rsid w:val="3B49874F"/>
    <w:rsid w:val="45C8ED65"/>
    <w:rsid w:val="6310D933"/>
    <w:rsid w:val="6653F1BF"/>
    <w:rsid w:val="6C2966E6"/>
    <w:rsid w:val="76B7E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6764C09-3EB2-4BC3-92B0-30EE889E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000000"/>
      <w:sz w:val="24"/>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contextualSpacing/>
    </w:pPr>
    <w:rPr>
      <w:rFonts w:asciiTheme="majorHAnsi" w:eastAsiaTheme="majorEastAsia" w:hAnsiTheme="majorHAnsi" w:cstheme="majorBidi"/>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2603</Characters>
  <Application>Microsoft Office Word</Application>
  <DocSecurity>0</DocSecurity>
  <Lines>81</Lines>
  <Paragraphs>55</Paragraphs>
  <ScaleCrop>false</ScaleCrop>
  <Manager/>
  <Company/>
  <LinksUpToDate>false</LinksUpToDate>
  <CharactersWithSpaces>3016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Annual LSIC Stakeholder Meeting Report Template</dc:title>
  <dc:subject>Accessible printable and fillable LSIC stakeholder meeting report template</dc:subject>
  <dc:creator>Tammy Varney</dc:creator>
  <cp:keywords>LSIC, stakeholder meeting, WVBE Policy 2322, accessible, fillable template</cp:keywords>
  <dc:description>generated by python-docx</dc:description>
  <cp:lastModifiedBy>Shaun Dover</cp:lastModifiedBy>
  <cp:revision>3</cp:revision>
  <dcterms:created xsi:type="dcterms:W3CDTF">2026-09-08T16:19:00Z</dcterms:created>
  <dcterms:modified xsi:type="dcterms:W3CDTF">2026-09-08T16:21:00Z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2026-09-04T17:48:51Z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de428ec8-39b5-4f78-8260-550e28ca6abf</vt:lpwstr>
  </property>
  <property fmtid="{D5CDD505-2E9C-101B-9397-08002B2CF9AE}" pid="8" name="MSIP_Label_460f4a70-4b6c-4bd4-a002-31edb9c00abe_ContentBits">
    <vt:lpwstr>0</vt:lpwstr>
  </property>
  <property fmtid="{D5CDD505-2E9C-101B-9397-08002B2CF9AE}" pid="9" name="GrammarlyDocumentId">
    <vt:lpwstr>51954c19-f4b2-470f-8ba9-c08fb63cab19</vt:lpwstr>
  </property>
</Properties>
</file>